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7E4AF" w14:textId="7468ABF6" w:rsidR="00A31D6E" w:rsidRDefault="00A31D6E" w:rsidP="00A31D6E">
      <w:pPr>
        <w:pStyle w:val="Title"/>
        <w:jc w:val="center"/>
        <w:rPr>
          <w:sz w:val="40"/>
          <w:szCs w:val="40"/>
        </w:rPr>
      </w:pPr>
      <w:r>
        <w:rPr>
          <w:noProof/>
          <w:sz w:val="40"/>
          <w:szCs w:val="40"/>
        </w:rPr>
        <w:drawing>
          <wp:inline distT="0" distB="0" distL="0" distR="0" wp14:anchorId="6E99E6C3" wp14:editId="111AEF52">
            <wp:extent cx="2857500" cy="571500"/>
            <wp:effectExtent l="0" t="0" r="0" b="0"/>
            <wp:docPr id="88442785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27853" name="Picture 1" descr="A close-up of a logo&#10;&#10;AI-generated content may be incorrect."/>
                    <pic:cNvPicPr/>
                  </pic:nvPicPr>
                  <pic:blipFill>
                    <a:blip r:embed="rId8"/>
                    <a:stretch>
                      <a:fillRect/>
                    </a:stretch>
                  </pic:blipFill>
                  <pic:spPr>
                    <a:xfrm>
                      <a:off x="0" y="0"/>
                      <a:ext cx="2857500" cy="571500"/>
                    </a:xfrm>
                    <a:prstGeom prst="rect">
                      <a:avLst/>
                    </a:prstGeom>
                  </pic:spPr>
                </pic:pic>
              </a:graphicData>
            </a:graphic>
          </wp:inline>
        </w:drawing>
      </w:r>
    </w:p>
    <w:p w14:paraId="3A3B2CC7" w14:textId="77777777" w:rsidR="00A31D6E" w:rsidRDefault="00A31D6E" w:rsidP="00A31D6E">
      <w:pPr>
        <w:pStyle w:val="Title"/>
        <w:rPr>
          <w:sz w:val="40"/>
          <w:szCs w:val="40"/>
        </w:rPr>
      </w:pPr>
    </w:p>
    <w:p w14:paraId="13FD6766" w14:textId="3917D1CA" w:rsidR="004D69AC" w:rsidRPr="00A31D6E" w:rsidRDefault="00000000" w:rsidP="00A31D6E">
      <w:pPr>
        <w:pStyle w:val="Title"/>
        <w:rPr>
          <w:sz w:val="40"/>
          <w:szCs w:val="40"/>
        </w:rPr>
      </w:pPr>
      <w:r w:rsidRPr="00A31D6E">
        <w:rPr>
          <w:sz w:val="40"/>
          <w:szCs w:val="40"/>
        </w:rPr>
        <w:t xml:space="preserve">How to Navigate </w:t>
      </w:r>
      <w:r w:rsidR="00A31D6E">
        <w:rPr>
          <w:sz w:val="40"/>
          <w:szCs w:val="40"/>
        </w:rPr>
        <w:t>T</w:t>
      </w:r>
      <w:r w:rsidRPr="00A31D6E">
        <w:rPr>
          <w:sz w:val="40"/>
          <w:szCs w:val="40"/>
        </w:rPr>
        <w:t>he DICE Approach</w:t>
      </w:r>
      <w:r w:rsidR="00A31D6E">
        <w:rPr>
          <w:sz w:val="40"/>
          <w:szCs w:val="40"/>
        </w:rPr>
        <w:sym w:font="Symbol" w:char="F0E4"/>
      </w:r>
      <w:r w:rsidRPr="00A31D6E">
        <w:rPr>
          <w:sz w:val="40"/>
          <w:szCs w:val="40"/>
        </w:rPr>
        <w:t xml:space="preserve"> Website</w:t>
      </w:r>
    </w:p>
    <w:p w14:paraId="7B746E7F" w14:textId="30B1A4F7" w:rsidR="004D69AC" w:rsidRPr="00863F2A" w:rsidRDefault="00000000">
      <w:pPr>
        <w:rPr>
          <w:rFonts w:ascii="Arial" w:hAnsi="Arial" w:cs="Arial"/>
        </w:rPr>
      </w:pPr>
      <w:r w:rsidRPr="00863F2A">
        <w:rPr>
          <w:rFonts w:ascii="Arial" w:hAnsi="Arial" w:cs="Arial"/>
        </w:rPr>
        <w:t xml:space="preserve">This guide helps general users navigate </w:t>
      </w:r>
      <w:r w:rsidR="00A31D6E" w:rsidRPr="00863F2A">
        <w:rPr>
          <w:rFonts w:ascii="Arial" w:hAnsi="Arial" w:cs="Arial"/>
        </w:rPr>
        <w:t>T</w:t>
      </w:r>
      <w:r w:rsidRPr="00863F2A">
        <w:rPr>
          <w:rFonts w:ascii="Arial" w:hAnsi="Arial" w:cs="Arial"/>
        </w:rPr>
        <w:t>he DICE Approach</w:t>
      </w:r>
      <w:r w:rsidR="00A31D6E" w:rsidRPr="00863F2A">
        <w:rPr>
          <w:rFonts w:ascii="Arial" w:hAnsi="Arial" w:cs="Arial"/>
        </w:rPr>
        <w:sym w:font="Symbol" w:char="F0E4"/>
      </w:r>
      <w:r w:rsidRPr="00863F2A">
        <w:rPr>
          <w:rFonts w:ascii="Arial" w:hAnsi="Arial" w:cs="Arial"/>
        </w:rPr>
        <w:t xml:space="preserve"> </w:t>
      </w:r>
      <w:r w:rsidR="00A31D6E" w:rsidRPr="00863F2A">
        <w:rPr>
          <w:rFonts w:ascii="Arial" w:hAnsi="Arial" w:cs="Arial"/>
        </w:rPr>
        <w:t xml:space="preserve">training </w:t>
      </w:r>
      <w:r w:rsidRPr="00863F2A">
        <w:rPr>
          <w:rFonts w:ascii="Arial" w:hAnsi="Arial" w:cs="Arial"/>
        </w:rPr>
        <w:t>website (</w:t>
      </w:r>
      <w:hyperlink r:id="rId9" w:history="1">
        <w:r w:rsidR="004D69AC" w:rsidRPr="00863F2A">
          <w:rPr>
            <w:rStyle w:val="Hyperlink"/>
            <w:rFonts w:ascii="Arial" w:hAnsi="Arial" w:cs="Arial"/>
          </w:rPr>
          <w:t>https://diceapproach.com</w:t>
        </w:r>
      </w:hyperlink>
      <w:r w:rsidRPr="00863F2A">
        <w:rPr>
          <w:rFonts w:ascii="Arial" w:hAnsi="Arial" w:cs="Arial"/>
        </w:rPr>
        <w:t>). It includes instructions for accessing the Signup, Training, and Contact sections, and how to activate closed captioning in training modules. Screenshots are included for visual reference.</w:t>
      </w:r>
    </w:p>
    <w:p w14:paraId="1DFCA7C8" w14:textId="6BD011EA" w:rsidR="00A31D6E" w:rsidRPr="00F6240E" w:rsidRDefault="00A31D6E" w:rsidP="00A31D6E">
      <w:pPr>
        <w:pStyle w:val="Heading1"/>
        <w:rPr>
          <w:rFonts w:cs="Times New Roman (Headings CS)"/>
        </w:rPr>
      </w:pPr>
      <w:r w:rsidRPr="00F6240E">
        <w:rPr>
          <w:rFonts w:cs="Times New Roman (Headings CS)"/>
        </w:rPr>
        <w:t>1. Signup Page</w:t>
      </w:r>
    </w:p>
    <w:p w14:paraId="1F26B616" w14:textId="55BD70B6" w:rsidR="00390FDF" w:rsidRPr="00863F2A" w:rsidRDefault="00A31D6E" w:rsidP="00A31D6E">
      <w:pPr>
        <w:rPr>
          <w:rFonts w:ascii="Arial" w:hAnsi="Arial" w:cs="Arial"/>
        </w:rPr>
      </w:pPr>
      <w:r w:rsidRPr="00863F2A">
        <w:rPr>
          <w:rFonts w:ascii="Arial" w:hAnsi="Arial" w:cs="Arial"/>
        </w:rPr>
        <w:t>To sign up for training or updates, look for the ‘Sign Up' button in the top menu or homepage. Follow the prompts to create an account – it is free.</w:t>
      </w:r>
    </w:p>
    <w:p w14:paraId="67098605" w14:textId="10949CC4" w:rsidR="00390FDF" w:rsidRPr="00863F2A" w:rsidRDefault="00390FDF" w:rsidP="00390FDF">
      <w:pPr>
        <w:pStyle w:val="ListParagraph"/>
        <w:numPr>
          <w:ilvl w:val="0"/>
          <w:numId w:val="10"/>
        </w:numPr>
        <w:rPr>
          <w:rFonts w:ascii="Arial" w:hAnsi="Arial" w:cs="Arial"/>
        </w:rPr>
      </w:pPr>
      <w:r w:rsidRPr="00863F2A">
        <w:rPr>
          <w:rFonts w:ascii="Arial" w:hAnsi="Arial" w:cs="Arial"/>
        </w:rPr>
        <w:t>S</w:t>
      </w:r>
      <w:r w:rsidR="00863F2A">
        <w:rPr>
          <w:rFonts w:ascii="Arial" w:hAnsi="Arial" w:cs="Arial"/>
        </w:rPr>
        <w:t>IGNUP: Click on SIGNUPO and you will be taken to a page to enter your email address (will not be made public or shared), create a username and password. You will also be able to enter the name of the caregiver and whether you are a home/family caregiver or a professional caregiver. This is for a future feature and is optional.</w:t>
      </w:r>
    </w:p>
    <w:p w14:paraId="2166593F" w14:textId="5F99DBF1" w:rsidR="00E55769" w:rsidRPr="00863F2A" w:rsidRDefault="00E55769" w:rsidP="00390FDF">
      <w:pPr>
        <w:pStyle w:val="ListParagraph"/>
        <w:numPr>
          <w:ilvl w:val="0"/>
          <w:numId w:val="10"/>
        </w:numPr>
        <w:rPr>
          <w:rFonts w:ascii="Arial" w:hAnsi="Arial" w:cs="Arial"/>
        </w:rPr>
      </w:pPr>
      <w:r w:rsidRPr="00863F2A">
        <w:rPr>
          <w:rFonts w:ascii="Arial" w:hAnsi="Arial" w:cs="Arial"/>
          <w:noProof/>
        </w:rPr>
        <mc:AlternateContent>
          <mc:Choice Requires="wps">
            <w:drawing>
              <wp:anchor distT="0" distB="0" distL="114300" distR="114300" simplePos="0" relativeHeight="251685888" behindDoc="0" locked="0" layoutInCell="1" allowOverlap="1" wp14:anchorId="4ACDEDBD" wp14:editId="752F4F71">
                <wp:simplePos x="0" y="0"/>
                <wp:positionH relativeFrom="column">
                  <wp:posOffset>4459605</wp:posOffset>
                </wp:positionH>
                <wp:positionV relativeFrom="paragraph">
                  <wp:posOffset>404043</wp:posOffset>
                </wp:positionV>
                <wp:extent cx="232004" cy="417660"/>
                <wp:effectExtent l="50800" t="25400" r="22225" b="90805"/>
                <wp:wrapNone/>
                <wp:docPr id="829657197" name="Down Arrow 7"/>
                <wp:cNvGraphicFramePr/>
                <a:graphic xmlns:a="http://schemas.openxmlformats.org/drawingml/2006/main">
                  <a:graphicData uri="http://schemas.microsoft.com/office/word/2010/wordprocessingShape">
                    <wps:wsp>
                      <wps:cNvSpPr/>
                      <wps:spPr>
                        <a:xfrm>
                          <a:off x="0" y="0"/>
                          <a:ext cx="232004" cy="41766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6E6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351.15pt;margin-top:31.8pt;width:18.25pt;height:3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" adj="15601" fillcolor="#4f81bd [3204]" strokecolor="#4579b8 [3044]">
                <v:fill color2="#a7bfde [1620]" rotate="t" angle="180" focus="100%" type="gradient">
                  <o:fill v:ext="view" type="gradientUnscaled"/>
                </v:fill>
                <v:shadow on="t" color="black" opacity="22937f" origin=",.5" offset="0,.63889mm"/>
              </v:shape>
            </w:pict>
          </mc:Fallback>
        </mc:AlternateContent>
      </w:r>
      <w:r w:rsidRPr="00863F2A">
        <w:rPr>
          <w:rFonts w:ascii="Arial" w:hAnsi="Arial" w:cs="Arial"/>
        </w:rPr>
        <w:t>After you’ve signed up you can use the LOG IN tab to access the videos and benefits of the training website.</w:t>
      </w:r>
    </w:p>
    <w:p w14:paraId="7833BBD6" w14:textId="3682DE7C" w:rsidR="00390FDF" w:rsidRDefault="00390FDF" w:rsidP="00A31D6E"/>
    <w:p w14:paraId="2F104390" w14:textId="4B3685EB" w:rsidR="00A31D6E" w:rsidRDefault="00A31D6E" w:rsidP="00A31D6E">
      <w:r>
        <w:rPr>
          <w:noProof/>
        </w:rPr>
        <mc:AlternateContent>
          <mc:Choice Requires="wps">
            <w:drawing>
              <wp:anchor distT="0" distB="0" distL="114300" distR="114300" simplePos="0" relativeHeight="251659264" behindDoc="0" locked="0" layoutInCell="1" allowOverlap="1" wp14:anchorId="0548236F" wp14:editId="741B4F7A">
                <wp:simplePos x="0" y="0"/>
                <wp:positionH relativeFrom="column">
                  <wp:posOffset>5370739</wp:posOffset>
                </wp:positionH>
                <wp:positionV relativeFrom="paragraph">
                  <wp:posOffset>73660</wp:posOffset>
                </wp:positionV>
                <wp:extent cx="618503" cy="116002"/>
                <wp:effectExtent l="50800" t="25400" r="3810" b="74930"/>
                <wp:wrapNone/>
                <wp:docPr id="762693278" name="Left Arrow 3"/>
                <wp:cNvGraphicFramePr/>
                <a:graphic xmlns:a="http://schemas.openxmlformats.org/drawingml/2006/main">
                  <a:graphicData uri="http://schemas.microsoft.com/office/word/2010/wordprocessingShape">
                    <wps:wsp>
                      <wps:cNvSpPr/>
                      <wps:spPr>
                        <a:xfrm>
                          <a:off x="0" y="0"/>
                          <a:ext cx="618503" cy="116002"/>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BE3B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22.9pt;margin-top:5.8pt;width:48.7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" adj="2026" fillcolor="#4f81bd [3204]" strokecolor="#4579b8 [3044]">
                <v:fill color2="#a7bfde [1620]" rotate="t" angle="180" focus="100%" type="gradient">
                  <o:fill v:ext="view" type="gradientUnscaled"/>
                </v:fill>
                <v:shadow on="t" color="black" opacity="22937f" origin=",.5" offset="0,.63889mm"/>
              </v:shape>
            </w:pict>
          </mc:Fallback>
        </mc:AlternateContent>
      </w:r>
      <w:r>
        <w:rPr>
          <w:noProof/>
        </w:rPr>
        <w:drawing>
          <wp:inline distT="0" distB="0" distL="0" distR="0" wp14:anchorId="101AC0A7" wp14:editId="25EB507B">
            <wp:extent cx="5486400" cy="3197860"/>
            <wp:effectExtent l="0" t="0" r="0" b="2540"/>
            <wp:docPr id="1994110013" name="Picture 2" descr="A computer and notepad with a notepad and a notepa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10013" name="Picture 2" descr="A computer and notepad with a notepad and a notepad with text&#10;&#10;AI-generated content may be incorrect."/>
                    <pic:cNvPicPr/>
                  </pic:nvPicPr>
                  <pic:blipFill>
                    <a:blip r:embed="rId10"/>
                    <a:stretch>
                      <a:fillRect/>
                    </a:stretch>
                  </pic:blipFill>
                  <pic:spPr>
                    <a:xfrm>
                      <a:off x="0" y="0"/>
                      <a:ext cx="5486400" cy="3197860"/>
                    </a:xfrm>
                    <a:prstGeom prst="rect">
                      <a:avLst/>
                    </a:prstGeom>
                  </pic:spPr>
                </pic:pic>
              </a:graphicData>
            </a:graphic>
          </wp:inline>
        </w:drawing>
      </w:r>
    </w:p>
    <w:p w14:paraId="7B696B4E" w14:textId="77777777" w:rsidR="00A31D6E" w:rsidRDefault="00A31D6E" w:rsidP="00A31D6E"/>
    <w:p w14:paraId="2A8203F4" w14:textId="77777777" w:rsidR="00A31D6E" w:rsidRDefault="00A31D6E" w:rsidP="00A31D6E"/>
    <w:p w14:paraId="3CBFF20D" w14:textId="68CBB8EF" w:rsidR="004D69AC" w:rsidRDefault="0097347E">
      <w:pPr>
        <w:pStyle w:val="Heading1"/>
      </w:pPr>
      <w:r>
        <w:t>2. Homepage</w:t>
      </w:r>
    </w:p>
    <w:p w14:paraId="04C9A725" w14:textId="2E107FE3" w:rsidR="00A31D6E" w:rsidRPr="00863F2A" w:rsidRDefault="00000000">
      <w:pPr>
        <w:rPr>
          <w:rFonts w:ascii="Arial" w:hAnsi="Arial" w:cs="Arial"/>
        </w:rPr>
      </w:pPr>
      <w:r w:rsidRPr="00863F2A">
        <w:rPr>
          <w:rFonts w:ascii="Arial" w:hAnsi="Arial" w:cs="Arial"/>
        </w:rPr>
        <w:t xml:space="preserve">When you visit </w:t>
      </w:r>
      <w:hyperlink r:id="rId11" w:history="1">
        <w:r w:rsidR="00A31D6E" w:rsidRPr="00863F2A">
          <w:rPr>
            <w:rStyle w:val="Hyperlink"/>
            <w:rFonts w:ascii="Arial" w:hAnsi="Arial" w:cs="Arial"/>
          </w:rPr>
          <w:t>https://diceapproach.com</w:t>
        </w:r>
      </w:hyperlink>
      <w:r w:rsidRPr="00863F2A">
        <w:rPr>
          <w:rFonts w:ascii="Arial" w:hAnsi="Arial" w:cs="Arial"/>
        </w:rPr>
        <w:t>, you’ll land on the homepage. This page introduces the DICE Approach and provides access to all major sections via the top navigation bar.</w:t>
      </w:r>
      <w:r w:rsidR="00390FDF" w:rsidRPr="00863F2A">
        <w:rPr>
          <w:rFonts w:ascii="Arial" w:hAnsi="Arial" w:cs="Arial"/>
        </w:rPr>
        <w:t xml:space="preserve"> </w:t>
      </w:r>
    </w:p>
    <w:p w14:paraId="64EFD0C4" w14:textId="60BE144F" w:rsidR="00390FDF" w:rsidRPr="00863F2A" w:rsidRDefault="00390FDF">
      <w:pPr>
        <w:rPr>
          <w:rFonts w:ascii="Arial" w:hAnsi="Arial" w:cs="Arial"/>
        </w:rPr>
      </w:pPr>
      <w:r w:rsidRPr="00863F2A">
        <w:rPr>
          <w:rFonts w:ascii="Arial" w:hAnsi="Arial" w:cs="Arial"/>
          <w:noProof/>
        </w:rPr>
        <mc:AlternateContent>
          <mc:Choice Requires="wps">
            <w:drawing>
              <wp:anchor distT="0" distB="0" distL="114300" distR="114300" simplePos="0" relativeHeight="251683840" behindDoc="0" locked="0" layoutInCell="1" allowOverlap="1" wp14:anchorId="3C7B4D92" wp14:editId="5066CF50">
                <wp:simplePos x="0" y="0"/>
                <wp:positionH relativeFrom="column">
                  <wp:posOffset>4449452</wp:posOffset>
                </wp:positionH>
                <wp:positionV relativeFrom="paragraph">
                  <wp:posOffset>29275</wp:posOffset>
                </wp:positionV>
                <wp:extent cx="166017" cy="605790"/>
                <wp:effectExtent l="50800" t="25400" r="37465" b="92710"/>
                <wp:wrapNone/>
                <wp:docPr id="1229779184" name="Down Arrow 7"/>
                <wp:cNvGraphicFramePr/>
                <a:graphic xmlns:a="http://schemas.openxmlformats.org/drawingml/2006/main">
                  <a:graphicData uri="http://schemas.microsoft.com/office/word/2010/wordprocessingShape">
                    <wps:wsp>
                      <wps:cNvSpPr/>
                      <wps:spPr>
                        <a:xfrm>
                          <a:off x="0" y="0"/>
                          <a:ext cx="166017" cy="60579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0BC8" id="Down Arrow 7" o:spid="_x0000_s1026" type="#_x0000_t67" style="position:absolute;margin-left:350.35pt;margin-top:2.3pt;width:13.0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" adj="18640" fillcolor="#4f81bd [3204]" strokecolor="#4579b8 [3044]">
                <v:fill color2="#a7bfde [1620]" rotate="t" angle="180" focus="100%" type="gradient">
                  <o:fill v:ext="view" type="gradientUnscaled"/>
                </v:fill>
                <v:shadow on="t" color="black" opacity="22937f" origin=",.5" offset="0,.63889mm"/>
              </v:shape>
            </w:pict>
          </mc:Fallback>
        </mc:AlternateContent>
      </w:r>
      <w:r w:rsidRPr="00863F2A">
        <w:rPr>
          <w:rFonts w:ascii="Arial" w:hAnsi="Arial" w:cs="Arial"/>
          <w:noProof/>
        </w:rPr>
        <mc:AlternateContent>
          <mc:Choice Requires="wps">
            <w:drawing>
              <wp:anchor distT="0" distB="0" distL="114300" distR="114300" simplePos="0" relativeHeight="251681792" behindDoc="0" locked="0" layoutInCell="1" allowOverlap="1" wp14:anchorId="66DDF572" wp14:editId="3B3877EB">
                <wp:simplePos x="0" y="0"/>
                <wp:positionH relativeFrom="column">
                  <wp:posOffset>3800311</wp:posOffset>
                </wp:positionH>
                <wp:positionV relativeFrom="paragraph">
                  <wp:posOffset>26375</wp:posOffset>
                </wp:positionV>
                <wp:extent cx="166017" cy="605790"/>
                <wp:effectExtent l="50800" t="25400" r="37465" b="92710"/>
                <wp:wrapNone/>
                <wp:docPr id="721855056" name="Down Arrow 7"/>
                <wp:cNvGraphicFramePr/>
                <a:graphic xmlns:a="http://schemas.openxmlformats.org/drawingml/2006/main">
                  <a:graphicData uri="http://schemas.microsoft.com/office/word/2010/wordprocessingShape">
                    <wps:wsp>
                      <wps:cNvSpPr/>
                      <wps:spPr>
                        <a:xfrm>
                          <a:off x="0" y="0"/>
                          <a:ext cx="166017" cy="60579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D2E7" id="Down Arrow 7" o:spid="_x0000_s1026" type="#_x0000_t67" style="position:absolute;margin-left:299.25pt;margin-top:2.1pt;width:13.05pt;height:4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" adj="18640" fillcolor="#4f81bd [3204]" strokecolor="#4579b8 [3044]">
                <v:fill color2="#a7bfde [1620]" rotate="t" angle="180" focus="100%" type="gradient">
                  <o:fill v:ext="view" type="gradientUnscaled"/>
                </v:fill>
                <v:shadow on="t" color="black" opacity="22937f" origin=",.5" offset="0,.63889mm"/>
              </v:shape>
            </w:pict>
          </mc:Fallback>
        </mc:AlternateContent>
      </w:r>
      <w:r w:rsidRPr="00863F2A">
        <w:rPr>
          <w:rFonts w:ascii="Arial" w:hAnsi="Arial" w:cs="Arial"/>
        </w:rPr>
        <w:t>Click on the navigation item you desire….</w:t>
      </w:r>
    </w:p>
    <w:p w14:paraId="4C64C85E" w14:textId="277F7BD3" w:rsidR="00390FDF" w:rsidRDefault="00390FDF"/>
    <w:p w14:paraId="10C38412" w14:textId="73EE020E" w:rsidR="00A31D6E" w:rsidRDefault="00390FDF">
      <w:r>
        <w:rPr>
          <w:noProof/>
        </w:rPr>
        <mc:AlternateContent>
          <mc:Choice Requires="wps">
            <w:drawing>
              <wp:anchor distT="0" distB="0" distL="114300" distR="114300" simplePos="0" relativeHeight="251680768" behindDoc="0" locked="0" layoutInCell="1" allowOverlap="1" wp14:anchorId="0CD1CAC0" wp14:editId="637B7697">
                <wp:simplePos x="0" y="0"/>
                <wp:positionH relativeFrom="column">
                  <wp:posOffset>-701086</wp:posOffset>
                </wp:positionH>
                <wp:positionV relativeFrom="paragraph">
                  <wp:posOffset>2942937</wp:posOffset>
                </wp:positionV>
                <wp:extent cx="698762" cy="160649"/>
                <wp:effectExtent l="50800" t="38100" r="25400" b="93980"/>
                <wp:wrapNone/>
                <wp:docPr id="1713197102" name="Right Arrow 6"/>
                <wp:cNvGraphicFramePr/>
                <a:graphic xmlns:a="http://schemas.openxmlformats.org/drawingml/2006/main">
                  <a:graphicData uri="http://schemas.microsoft.com/office/word/2010/wordprocessingShape">
                    <wps:wsp>
                      <wps:cNvSpPr/>
                      <wps:spPr>
                        <a:xfrm flipV="1">
                          <a:off x="0" y="0"/>
                          <a:ext cx="698762" cy="160649"/>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3A2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55.2pt;margin-top:231.75pt;width:55pt;height:12.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" adj="19117"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73600" behindDoc="0" locked="0" layoutInCell="1" allowOverlap="1" wp14:anchorId="1E57A999" wp14:editId="2C51D308">
                <wp:simplePos x="0" y="0"/>
                <wp:positionH relativeFrom="column">
                  <wp:posOffset>5431011</wp:posOffset>
                </wp:positionH>
                <wp:positionV relativeFrom="paragraph">
                  <wp:posOffset>112487</wp:posOffset>
                </wp:positionV>
                <wp:extent cx="618503" cy="59441"/>
                <wp:effectExtent l="50800" t="25400" r="3810" b="80645"/>
                <wp:wrapNone/>
                <wp:docPr id="1265821758" name="Left Arrow 3"/>
                <wp:cNvGraphicFramePr/>
                <a:graphic xmlns:a="http://schemas.openxmlformats.org/drawingml/2006/main">
                  <a:graphicData uri="http://schemas.microsoft.com/office/word/2010/wordprocessingShape">
                    <wps:wsp>
                      <wps:cNvSpPr/>
                      <wps:spPr>
                        <a:xfrm>
                          <a:off x="0" y="0"/>
                          <a:ext cx="618503" cy="59441"/>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1ECF" id="Left Arrow 3" o:spid="_x0000_s1026" type="#_x0000_t66" style="position:absolute;margin-left:427.65pt;margin-top:8.85pt;width:48.7pt;height: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" adj="1038"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75648" behindDoc="0" locked="0" layoutInCell="1" allowOverlap="1" wp14:anchorId="6BD75AD9" wp14:editId="4C1C74F7">
                <wp:simplePos x="0" y="0"/>
                <wp:positionH relativeFrom="column">
                  <wp:posOffset>2791198</wp:posOffset>
                </wp:positionH>
                <wp:positionV relativeFrom="paragraph">
                  <wp:posOffset>545708</wp:posOffset>
                </wp:positionV>
                <wp:extent cx="147163" cy="185508"/>
                <wp:effectExtent l="50800" t="25400" r="31115" b="81280"/>
                <wp:wrapNone/>
                <wp:docPr id="956910141" name="Up Arrow 5"/>
                <wp:cNvGraphicFramePr/>
                <a:graphic xmlns:a="http://schemas.openxmlformats.org/drawingml/2006/main">
                  <a:graphicData uri="http://schemas.microsoft.com/office/word/2010/wordprocessingShape">
                    <wps:wsp>
                      <wps:cNvSpPr/>
                      <wps:spPr>
                        <a:xfrm flipH="1">
                          <a:off x="0" y="0"/>
                          <a:ext cx="147163" cy="185508"/>
                        </a:xfrm>
                        <a:prstGeom prst="upArrow">
                          <a:avLst>
                            <a:gd name="adj1" fmla="val 41816"/>
                            <a:gd name="adj2"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C7D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219.8pt;margin-top:42.95pt;width:11.6pt;height:14.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" adj="8568,6284"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76672" behindDoc="0" locked="0" layoutInCell="1" allowOverlap="1" wp14:anchorId="0C616012" wp14:editId="4C127BD4">
                <wp:simplePos x="0" y="0"/>
                <wp:positionH relativeFrom="column">
                  <wp:posOffset>3422787</wp:posOffset>
                </wp:positionH>
                <wp:positionV relativeFrom="paragraph">
                  <wp:posOffset>545806</wp:posOffset>
                </wp:positionV>
                <wp:extent cx="147163" cy="185508"/>
                <wp:effectExtent l="50800" t="25400" r="31115" b="81280"/>
                <wp:wrapNone/>
                <wp:docPr id="248369847" name="Up Arrow 5"/>
                <wp:cNvGraphicFramePr/>
                <a:graphic xmlns:a="http://schemas.openxmlformats.org/drawingml/2006/main">
                  <a:graphicData uri="http://schemas.microsoft.com/office/word/2010/wordprocessingShape">
                    <wps:wsp>
                      <wps:cNvSpPr/>
                      <wps:spPr>
                        <a:xfrm flipH="1">
                          <a:off x="0" y="0"/>
                          <a:ext cx="147163" cy="185508"/>
                        </a:xfrm>
                        <a:prstGeom prst="upArrow">
                          <a:avLst>
                            <a:gd name="adj1" fmla="val 41816"/>
                            <a:gd name="adj2"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FF87" id="Up Arrow 5" o:spid="_x0000_s1026" type="#_x0000_t68" style="position:absolute;margin-left:269.5pt;margin-top:43pt;width:11.6pt;height:14.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" adj="8568,6284"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77696" behindDoc="0" locked="0" layoutInCell="1" allowOverlap="1" wp14:anchorId="766E29FE" wp14:editId="2E82F74D">
                <wp:simplePos x="0" y="0"/>
                <wp:positionH relativeFrom="column">
                  <wp:posOffset>4949825</wp:posOffset>
                </wp:positionH>
                <wp:positionV relativeFrom="paragraph">
                  <wp:posOffset>548005</wp:posOffset>
                </wp:positionV>
                <wp:extent cx="146685" cy="185420"/>
                <wp:effectExtent l="50800" t="25400" r="31115" b="81280"/>
                <wp:wrapNone/>
                <wp:docPr id="381794806" name="Up Arrow 5"/>
                <wp:cNvGraphicFramePr/>
                <a:graphic xmlns:a="http://schemas.openxmlformats.org/drawingml/2006/main">
                  <a:graphicData uri="http://schemas.microsoft.com/office/word/2010/wordprocessingShape">
                    <wps:wsp>
                      <wps:cNvSpPr/>
                      <wps:spPr>
                        <a:xfrm flipH="1">
                          <a:off x="0" y="0"/>
                          <a:ext cx="146685" cy="185420"/>
                        </a:xfrm>
                        <a:prstGeom prst="upArrow">
                          <a:avLst>
                            <a:gd name="adj1" fmla="val 41816"/>
                            <a:gd name="adj2"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955A2" id="Up Arrow 5" o:spid="_x0000_s1026" type="#_x0000_t68" style="position:absolute;margin-left:389.75pt;margin-top:43.15pt;width:11.55pt;height:14.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" adj="8544,6284"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79744" behindDoc="0" locked="0" layoutInCell="1" allowOverlap="1" wp14:anchorId="399E738E" wp14:editId="56579451">
                <wp:simplePos x="0" y="0"/>
                <wp:positionH relativeFrom="column">
                  <wp:posOffset>4176709</wp:posOffset>
                </wp:positionH>
                <wp:positionV relativeFrom="paragraph">
                  <wp:posOffset>549472</wp:posOffset>
                </wp:positionV>
                <wp:extent cx="147163" cy="185508"/>
                <wp:effectExtent l="50800" t="25400" r="31115" b="81280"/>
                <wp:wrapNone/>
                <wp:docPr id="527152028" name="Up Arrow 5"/>
                <wp:cNvGraphicFramePr/>
                <a:graphic xmlns:a="http://schemas.openxmlformats.org/drawingml/2006/main">
                  <a:graphicData uri="http://schemas.microsoft.com/office/word/2010/wordprocessingShape">
                    <wps:wsp>
                      <wps:cNvSpPr/>
                      <wps:spPr>
                        <a:xfrm flipH="1">
                          <a:off x="0" y="0"/>
                          <a:ext cx="147163" cy="185508"/>
                        </a:xfrm>
                        <a:prstGeom prst="upArrow">
                          <a:avLst>
                            <a:gd name="adj1" fmla="val 41816"/>
                            <a:gd name="adj2"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52F90" id="Up Arrow 5" o:spid="_x0000_s1026" type="#_x0000_t68" style="position:absolute;margin-left:328.85pt;margin-top:43.25pt;width:11.6pt;height:14.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" adj="8568,6284" fillcolor="#4f81bd [3204]" strokecolor="#4579b8 [3044]">
                <v:fill color2="#a7bfde [1620]" rotate="t" angle="180" focus="100%" type="gradient">
                  <o:fill v:ext="view" type="gradientUnscaled"/>
                </v:fill>
                <v:shadow on="t" color="black" opacity="22937f" origin=",.5" offset="0,.63889mm"/>
              </v:shape>
            </w:pict>
          </mc:Fallback>
        </mc:AlternateContent>
      </w:r>
      <w:r w:rsidR="00A31D6E">
        <w:rPr>
          <w:noProof/>
        </w:rPr>
        <w:drawing>
          <wp:inline distT="0" distB="0" distL="0" distR="0" wp14:anchorId="017C60E8" wp14:editId="3487C9A7">
            <wp:extent cx="5486400" cy="3197860"/>
            <wp:effectExtent l="0" t="0" r="0" b="2540"/>
            <wp:docPr id="896840382" name="Picture 2" descr="A computer and notepad with a notepad and a notepa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10013" name="Picture 2" descr="A computer and notepad with a notepad and a notepad with text&#10;&#10;AI-generated content may be incorrect."/>
                    <pic:cNvPicPr/>
                  </pic:nvPicPr>
                  <pic:blipFill>
                    <a:blip r:embed="rId10"/>
                    <a:stretch>
                      <a:fillRect/>
                    </a:stretch>
                  </pic:blipFill>
                  <pic:spPr>
                    <a:xfrm>
                      <a:off x="0" y="0"/>
                      <a:ext cx="5486400" cy="3197860"/>
                    </a:xfrm>
                    <a:prstGeom prst="rect">
                      <a:avLst/>
                    </a:prstGeom>
                  </pic:spPr>
                </pic:pic>
              </a:graphicData>
            </a:graphic>
          </wp:inline>
        </w:drawing>
      </w:r>
    </w:p>
    <w:p w14:paraId="3B219CE8" w14:textId="77777777" w:rsidR="00A31D6E" w:rsidRDefault="00A31D6E"/>
    <w:p w14:paraId="5B0A4C69" w14:textId="77777777" w:rsidR="004D69AC" w:rsidRDefault="00000000">
      <w:pPr>
        <w:pStyle w:val="Heading1"/>
      </w:pPr>
      <w:r>
        <w:t>3. Training Tab</w:t>
      </w:r>
    </w:p>
    <w:p w14:paraId="35224A43" w14:textId="37FF6AA4" w:rsidR="004D69AC" w:rsidRPr="00863F2A" w:rsidRDefault="00390FDF">
      <w:pPr>
        <w:rPr>
          <w:rFonts w:ascii="Arial" w:hAnsi="Arial" w:cs="Arial"/>
        </w:rPr>
      </w:pPr>
      <w:r w:rsidRPr="00863F2A">
        <w:rPr>
          <w:rFonts w:ascii="Arial" w:hAnsi="Arial" w:cs="Arial"/>
        </w:rPr>
        <w:t>Once you have signed up, you have access to the training modules. Click on the 'Training'’ tab and you will be taken to the video modules, including the family and professional case studies that include informational quizzes for learning.</w:t>
      </w:r>
    </w:p>
    <w:p w14:paraId="7F87B850" w14:textId="77777777" w:rsidR="004D69AC" w:rsidRDefault="00000000">
      <w:pPr>
        <w:pStyle w:val="Heading1"/>
      </w:pPr>
      <w:r>
        <w:t>4. Contact Form</w:t>
      </w:r>
    </w:p>
    <w:p w14:paraId="14B6DC50" w14:textId="281E6704" w:rsidR="004D69AC" w:rsidRPr="00863F2A" w:rsidRDefault="00000000">
      <w:pPr>
        <w:rPr>
          <w:rFonts w:ascii="Arial" w:hAnsi="Arial" w:cs="Arial"/>
        </w:rPr>
      </w:pPr>
      <w:r w:rsidRPr="00863F2A">
        <w:rPr>
          <w:rFonts w:ascii="Arial" w:hAnsi="Arial" w:cs="Arial"/>
        </w:rPr>
        <w:t>Use the 'Contact' tab to reach out to the DICE team. Fill out the form with your name, email, and message.</w:t>
      </w:r>
      <w:r w:rsidR="00390FDF" w:rsidRPr="00863F2A">
        <w:rPr>
          <w:rFonts w:ascii="Arial" w:hAnsi="Arial" w:cs="Arial"/>
        </w:rPr>
        <w:t xml:space="preserve"> We promise to get back to you promptly!</w:t>
      </w:r>
    </w:p>
    <w:p w14:paraId="34B825CE" w14:textId="77777777" w:rsidR="00390FDF" w:rsidRDefault="00390FDF"/>
    <w:p w14:paraId="462E974B" w14:textId="6051C8AC" w:rsidR="004D69AC" w:rsidRDefault="00000000">
      <w:pPr>
        <w:pStyle w:val="Heading1"/>
      </w:pPr>
      <w:r>
        <w:t>5. Closed Captioning in Training Modules</w:t>
      </w:r>
      <w:r w:rsidR="00E55769">
        <w:t>, Chapters and selecting Closed Captioning language</w:t>
      </w:r>
    </w:p>
    <w:p w14:paraId="0679E52A" w14:textId="763B2B80" w:rsidR="00E55769" w:rsidRPr="00456E63" w:rsidRDefault="00000000">
      <w:pPr>
        <w:rPr>
          <w:rFonts w:ascii="Arial" w:hAnsi="Arial" w:cs="Arial"/>
        </w:rPr>
      </w:pPr>
      <w:r w:rsidRPr="00863F2A">
        <w:rPr>
          <w:rFonts w:ascii="Arial" w:hAnsi="Arial" w:cs="Arial"/>
        </w:rPr>
        <w:t>When watching training videos, look for a 'CC' or 'Subtitles' button on the video player. Click it to enable closed captioning for better accessibility.</w:t>
      </w:r>
    </w:p>
    <w:p w14:paraId="2FAEC64F" w14:textId="6CA33203" w:rsidR="00E55769" w:rsidRDefault="0068236D">
      <w:r>
        <w:rPr>
          <w:noProof/>
        </w:rPr>
        <mc:AlternateContent>
          <mc:Choice Requires="wps">
            <w:drawing>
              <wp:anchor distT="0" distB="0" distL="114300" distR="114300" simplePos="0" relativeHeight="251704320" behindDoc="0" locked="0" layoutInCell="1" allowOverlap="1" wp14:anchorId="5E4A7AB5" wp14:editId="275BD912">
                <wp:simplePos x="0" y="0"/>
                <wp:positionH relativeFrom="column">
                  <wp:posOffset>-945391</wp:posOffset>
                </wp:positionH>
                <wp:positionV relativeFrom="paragraph">
                  <wp:posOffset>2668807</wp:posOffset>
                </wp:positionV>
                <wp:extent cx="254523" cy="320040"/>
                <wp:effectExtent l="0" t="0" r="12700" b="10160"/>
                <wp:wrapNone/>
                <wp:docPr id="1870425831" name="Text Box 10"/>
                <wp:cNvGraphicFramePr/>
                <a:graphic xmlns:a="http://schemas.openxmlformats.org/drawingml/2006/main">
                  <a:graphicData uri="http://schemas.microsoft.com/office/word/2010/wordprocessingShape">
                    <wps:wsp>
                      <wps:cNvSpPr txBox="1"/>
                      <wps:spPr>
                        <a:xfrm>
                          <a:off x="0" y="0"/>
                          <a:ext cx="254523" cy="320040"/>
                        </a:xfrm>
                        <a:prstGeom prst="rect">
                          <a:avLst/>
                        </a:prstGeom>
                        <a:solidFill>
                          <a:schemeClr val="lt1"/>
                        </a:solidFill>
                        <a:ln w="6350">
                          <a:solidFill>
                            <a:prstClr val="black"/>
                          </a:solidFill>
                        </a:ln>
                      </wps:spPr>
                      <wps:txbx>
                        <w:txbxContent>
                          <w:p w14:paraId="52856A39" w14:textId="7F0012B4" w:rsidR="0068236D" w:rsidRDefault="0068236D" w:rsidP="006823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4A7AB5" id="_x0000_t202" coordsize="21600,21600" o:spt="202" path="m,l,21600r21600,l21600,xe">
                <v:stroke joinstyle="miter"/>
                <v:path gradientshapeok="t" o:connecttype="rect"/>
              </v:shapetype>
              <v:shape id="Text Box 10" o:spid="_x0000_s1026" type="#_x0000_t202" style="position:absolute;margin-left:-74.45pt;margin-top:210.15pt;width:20.05pt;height:25.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" fillcolor="white [3201]" strokeweight=".5pt">
                <v:textbox>
                  <w:txbxContent>
                    <w:p w14:paraId="52856A39" w14:textId="7F0012B4" w:rsidR="0068236D" w:rsidRDefault="0068236D" w:rsidP="0068236D">
                      <w:r>
                        <w:t>4</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6B31D34" wp14:editId="74FA14BB">
                <wp:simplePos x="0" y="0"/>
                <wp:positionH relativeFrom="column">
                  <wp:posOffset>-602006</wp:posOffset>
                </wp:positionH>
                <wp:positionV relativeFrom="paragraph">
                  <wp:posOffset>2773366</wp:posOffset>
                </wp:positionV>
                <wp:extent cx="604494" cy="84448"/>
                <wp:effectExtent l="50800" t="38100" r="18415" b="93980"/>
                <wp:wrapNone/>
                <wp:docPr id="665040140" name="Right Arrow 12"/>
                <wp:cNvGraphicFramePr/>
                <a:graphic xmlns:a="http://schemas.openxmlformats.org/drawingml/2006/main">
                  <a:graphicData uri="http://schemas.microsoft.com/office/word/2010/wordprocessingShape">
                    <wps:wsp>
                      <wps:cNvSpPr/>
                      <wps:spPr>
                        <a:xfrm>
                          <a:off x="0" y="0"/>
                          <a:ext cx="604494" cy="8444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DF8E" id="Right Arrow 12" o:spid="_x0000_s1026" type="#_x0000_t13" style="position:absolute;margin-left:-47.4pt;margin-top:218.4pt;width:47.6pt;height: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" adj="20091" fillcolor="#4f81bd [3204]" strokecolor="#4579b8 [3044]">
                <v:fill color2="#a7bfde [1620]" rotate="t" angle="180" focus="100%" type="gradient">
                  <o:fill v:ext="view" type="gradientUnscaled"/>
                </v:fill>
                <v:shadow on="t" color="black" opacity="22937f" origin=",.5" offset="0,.63889mm"/>
              </v:shape>
            </w:pict>
          </mc:Fallback>
        </mc:AlternateContent>
      </w:r>
      <w:r w:rsidR="00E55769">
        <w:rPr>
          <w:noProof/>
        </w:rPr>
        <mc:AlternateContent>
          <mc:Choice Requires="wps">
            <w:drawing>
              <wp:anchor distT="0" distB="0" distL="114300" distR="114300" simplePos="0" relativeHeight="251699200" behindDoc="0" locked="0" layoutInCell="1" allowOverlap="1" wp14:anchorId="29FB34DF" wp14:editId="00F34DDA">
                <wp:simplePos x="0" y="0"/>
                <wp:positionH relativeFrom="column">
                  <wp:posOffset>4249132</wp:posOffset>
                </wp:positionH>
                <wp:positionV relativeFrom="paragraph">
                  <wp:posOffset>3677946</wp:posOffset>
                </wp:positionV>
                <wp:extent cx="1234911" cy="320040"/>
                <wp:effectExtent l="0" t="0" r="10160" b="10160"/>
                <wp:wrapNone/>
                <wp:docPr id="1927341668" name="Text Box 11"/>
                <wp:cNvGraphicFramePr/>
                <a:graphic xmlns:a="http://schemas.openxmlformats.org/drawingml/2006/main">
                  <a:graphicData uri="http://schemas.microsoft.com/office/word/2010/wordprocessingShape">
                    <wps:wsp>
                      <wps:cNvSpPr txBox="1"/>
                      <wps:spPr>
                        <a:xfrm>
                          <a:off x="0" y="0"/>
                          <a:ext cx="1234911" cy="320040"/>
                        </a:xfrm>
                        <a:prstGeom prst="rect">
                          <a:avLst/>
                        </a:prstGeom>
                        <a:solidFill>
                          <a:schemeClr val="lt1"/>
                        </a:solidFill>
                        <a:ln w="6350">
                          <a:solidFill>
                            <a:prstClr val="black"/>
                          </a:solidFill>
                        </a:ln>
                      </wps:spPr>
                      <wps:txbx>
                        <w:txbxContent>
                          <w:p w14:paraId="0CE87095" w14:textId="01C70CCC" w:rsidR="00E55769" w:rsidRDefault="00E55769">
                            <w:r>
                              <w:t xml:space="preserve">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FB34DF" id="Text Box 11" o:spid="_x0000_s1027" type="#_x0000_t202" style="position:absolute;margin-left:334.6pt;margin-top:289.6pt;width:97.25pt;height:25.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" fillcolor="white [3201]" strokeweight=".5pt">
                <v:textbox>
                  <w:txbxContent>
                    <w:p w14:paraId="0CE87095" w14:textId="01C70CCC" w:rsidR="00E55769" w:rsidRDefault="00E55769">
                      <w:r>
                        <w:t xml:space="preserve">     2     3     4    5</w:t>
                      </w:r>
                    </w:p>
                  </w:txbxContent>
                </v:textbox>
              </v:shape>
            </w:pict>
          </mc:Fallback>
        </mc:AlternateContent>
      </w:r>
      <w:r w:rsidR="00E55769">
        <w:rPr>
          <w:noProof/>
        </w:rPr>
        <mc:AlternateContent>
          <mc:Choice Requires="wps">
            <w:drawing>
              <wp:anchor distT="0" distB="0" distL="114300" distR="114300" simplePos="0" relativeHeight="251698176" behindDoc="0" locked="0" layoutInCell="1" allowOverlap="1" wp14:anchorId="2019A243" wp14:editId="789D3AA9">
                <wp:simplePos x="0" y="0"/>
                <wp:positionH relativeFrom="column">
                  <wp:posOffset>-55252</wp:posOffset>
                </wp:positionH>
                <wp:positionV relativeFrom="paragraph">
                  <wp:posOffset>3677946</wp:posOffset>
                </wp:positionV>
                <wp:extent cx="307340" cy="320512"/>
                <wp:effectExtent l="0" t="0" r="10160" b="10160"/>
                <wp:wrapNone/>
                <wp:docPr id="361700079" name="Text Box 10"/>
                <wp:cNvGraphicFramePr/>
                <a:graphic xmlns:a="http://schemas.openxmlformats.org/drawingml/2006/main">
                  <a:graphicData uri="http://schemas.microsoft.com/office/word/2010/wordprocessingShape">
                    <wps:wsp>
                      <wps:cNvSpPr txBox="1"/>
                      <wps:spPr>
                        <a:xfrm>
                          <a:off x="0" y="0"/>
                          <a:ext cx="307340" cy="320512"/>
                        </a:xfrm>
                        <a:prstGeom prst="rect">
                          <a:avLst/>
                        </a:prstGeom>
                        <a:solidFill>
                          <a:schemeClr val="lt1"/>
                        </a:solidFill>
                        <a:ln w="6350">
                          <a:solidFill>
                            <a:prstClr val="black"/>
                          </a:solidFill>
                        </a:ln>
                      </wps:spPr>
                      <wps:txbx>
                        <w:txbxContent>
                          <w:p w14:paraId="09DA18AD" w14:textId="5A360C72" w:rsidR="00E55769" w:rsidRDefault="00E5576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9A243" id="_x0000_s1028" type="#_x0000_t202" style="position:absolute;margin-left:-4.35pt;margin-top:289.6pt;width:24.2pt;height:25.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" fillcolor="white [3201]" strokeweight=".5pt">
                <v:textbox>
                  <w:txbxContent>
                    <w:p w14:paraId="09DA18AD" w14:textId="5A360C72" w:rsidR="00E55769" w:rsidRDefault="00E55769">
                      <w:r>
                        <w:t>1</w:t>
                      </w:r>
                    </w:p>
                  </w:txbxContent>
                </v:textbox>
              </v:shape>
            </w:pict>
          </mc:Fallback>
        </mc:AlternateContent>
      </w:r>
      <w:r w:rsidR="00E55769">
        <w:rPr>
          <w:noProof/>
        </w:rPr>
        <mc:AlternateContent>
          <mc:Choice Requires="wps">
            <w:drawing>
              <wp:anchor distT="0" distB="0" distL="114300" distR="114300" simplePos="0" relativeHeight="251697152" behindDoc="0" locked="0" layoutInCell="1" allowOverlap="1" wp14:anchorId="787E606D" wp14:editId="55F3F2C9">
                <wp:simplePos x="0" y="0"/>
                <wp:positionH relativeFrom="column">
                  <wp:posOffset>5109327</wp:posOffset>
                </wp:positionH>
                <wp:positionV relativeFrom="paragraph">
                  <wp:posOffset>3108960</wp:posOffset>
                </wp:positionV>
                <wp:extent cx="109456" cy="521355"/>
                <wp:effectExtent l="50800" t="25400" r="43180" b="75565"/>
                <wp:wrapNone/>
                <wp:docPr id="1081487604" name="Up Arrow 9"/>
                <wp:cNvGraphicFramePr/>
                <a:graphic xmlns:a="http://schemas.openxmlformats.org/drawingml/2006/main">
                  <a:graphicData uri="http://schemas.microsoft.com/office/word/2010/wordprocessingShape">
                    <wps:wsp>
                      <wps:cNvSpPr/>
                      <wps:spPr>
                        <a:xfrm>
                          <a:off x="0" y="0"/>
                          <a:ext cx="109456" cy="52135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B810" id="Up Arrow 9" o:spid="_x0000_s1026" type="#_x0000_t68" style="position:absolute;margin-left:402.3pt;margin-top:244.8pt;width:8.6pt;height:4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" adj="2267" fillcolor="#4f81bd [3204]" strokecolor="#4579b8 [3044]">
                <v:fill color2="#a7bfde [1620]" rotate="t" angle="180" focus="100%" type="gradient">
                  <o:fill v:ext="view" type="gradientUnscaled"/>
                </v:fill>
                <v:shadow on="t" color="black" opacity="22937f" origin=",.5" offset="0,.63889mm"/>
              </v:shape>
            </w:pict>
          </mc:Fallback>
        </mc:AlternateContent>
      </w:r>
      <w:r w:rsidR="00E55769">
        <w:rPr>
          <w:noProof/>
        </w:rPr>
        <mc:AlternateContent>
          <mc:Choice Requires="wps">
            <w:drawing>
              <wp:anchor distT="0" distB="0" distL="114300" distR="114300" simplePos="0" relativeHeight="251695104" behindDoc="0" locked="0" layoutInCell="1" allowOverlap="1" wp14:anchorId="352AB5A1" wp14:editId="11D4B19F">
                <wp:simplePos x="0" y="0"/>
                <wp:positionH relativeFrom="column">
                  <wp:posOffset>4499434</wp:posOffset>
                </wp:positionH>
                <wp:positionV relativeFrom="paragraph">
                  <wp:posOffset>3112162</wp:posOffset>
                </wp:positionV>
                <wp:extent cx="109456" cy="521355"/>
                <wp:effectExtent l="50800" t="25400" r="43180" b="75565"/>
                <wp:wrapNone/>
                <wp:docPr id="878640808" name="Up Arrow 9"/>
                <wp:cNvGraphicFramePr/>
                <a:graphic xmlns:a="http://schemas.openxmlformats.org/drawingml/2006/main">
                  <a:graphicData uri="http://schemas.microsoft.com/office/word/2010/wordprocessingShape">
                    <wps:wsp>
                      <wps:cNvSpPr/>
                      <wps:spPr>
                        <a:xfrm>
                          <a:off x="0" y="0"/>
                          <a:ext cx="109456" cy="52135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36F4" id="Up Arrow 9" o:spid="_x0000_s1026" type="#_x0000_t68" style="position:absolute;margin-left:354.3pt;margin-top:245.05pt;width:8.6pt;height:4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" adj="2267" fillcolor="#4f81bd [3204]" strokecolor="#4579b8 [3044]">
                <v:fill color2="#a7bfde [1620]" rotate="t" angle="180" focus="100%" type="gradient">
                  <o:fill v:ext="view" type="gradientUnscaled"/>
                </v:fill>
                <v:shadow on="t" color="black" opacity="22937f" origin=",.5" offset="0,.63889mm"/>
              </v:shape>
            </w:pict>
          </mc:Fallback>
        </mc:AlternateContent>
      </w:r>
      <w:r w:rsidR="00E55769">
        <w:rPr>
          <w:noProof/>
        </w:rPr>
        <mc:AlternateContent>
          <mc:Choice Requires="wps">
            <w:drawing>
              <wp:anchor distT="0" distB="0" distL="114300" distR="114300" simplePos="0" relativeHeight="251693056" behindDoc="0" locked="0" layoutInCell="1" allowOverlap="1" wp14:anchorId="7219CEE3" wp14:editId="1281DE5D">
                <wp:simplePos x="0" y="0"/>
                <wp:positionH relativeFrom="column">
                  <wp:posOffset>4918886</wp:posOffset>
                </wp:positionH>
                <wp:positionV relativeFrom="paragraph">
                  <wp:posOffset>3112116</wp:posOffset>
                </wp:positionV>
                <wp:extent cx="109456" cy="521355"/>
                <wp:effectExtent l="50800" t="25400" r="43180" b="75565"/>
                <wp:wrapNone/>
                <wp:docPr id="763402159" name="Up Arrow 9"/>
                <wp:cNvGraphicFramePr/>
                <a:graphic xmlns:a="http://schemas.openxmlformats.org/drawingml/2006/main">
                  <a:graphicData uri="http://schemas.microsoft.com/office/word/2010/wordprocessingShape">
                    <wps:wsp>
                      <wps:cNvSpPr/>
                      <wps:spPr>
                        <a:xfrm>
                          <a:off x="0" y="0"/>
                          <a:ext cx="109456" cy="52135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BB9B" id="Up Arrow 9" o:spid="_x0000_s1026" type="#_x0000_t68" style="position:absolute;margin-left:387.3pt;margin-top:245.05pt;width:8.6pt;height:4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" adj="2267" fillcolor="#4f81bd [3204]" strokecolor="#4579b8 [3044]">
                <v:fill color2="#a7bfde [1620]" rotate="t" angle="180" focus="100%" type="gradient">
                  <o:fill v:ext="view" type="gradientUnscaled"/>
                </v:fill>
                <v:shadow on="t" color="black" opacity="22937f" origin=",.5" offset="0,.63889mm"/>
              </v:shape>
            </w:pict>
          </mc:Fallback>
        </mc:AlternateContent>
      </w:r>
      <w:r w:rsidR="00E55769">
        <w:rPr>
          <w:noProof/>
        </w:rPr>
        <mc:AlternateContent>
          <mc:Choice Requires="wps">
            <w:drawing>
              <wp:anchor distT="0" distB="0" distL="114300" distR="114300" simplePos="0" relativeHeight="251691008" behindDoc="0" locked="0" layoutInCell="1" allowOverlap="1" wp14:anchorId="11513DDE" wp14:editId="0537788F">
                <wp:simplePos x="0" y="0"/>
                <wp:positionH relativeFrom="column">
                  <wp:posOffset>4695393</wp:posOffset>
                </wp:positionH>
                <wp:positionV relativeFrom="paragraph">
                  <wp:posOffset>3108960</wp:posOffset>
                </wp:positionV>
                <wp:extent cx="109456" cy="521355"/>
                <wp:effectExtent l="50800" t="25400" r="43180" b="75565"/>
                <wp:wrapNone/>
                <wp:docPr id="1943310800" name="Up Arrow 9"/>
                <wp:cNvGraphicFramePr/>
                <a:graphic xmlns:a="http://schemas.openxmlformats.org/drawingml/2006/main">
                  <a:graphicData uri="http://schemas.microsoft.com/office/word/2010/wordprocessingShape">
                    <wps:wsp>
                      <wps:cNvSpPr/>
                      <wps:spPr>
                        <a:xfrm>
                          <a:off x="0" y="0"/>
                          <a:ext cx="109456" cy="52135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AB8F" id="Up Arrow 9" o:spid="_x0000_s1026" type="#_x0000_t68" style="position:absolute;margin-left:369.7pt;margin-top:244.8pt;width:8.6pt;height:4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" adj="2267" fillcolor="#4f81bd [3204]" strokecolor="#4579b8 [3044]">
                <v:fill color2="#a7bfde [1620]" rotate="t" angle="180" focus="100%" type="gradient">
                  <o:fill v:ext="view" type="gradientUnscaled"/>
                </v:fill>
                <v:shadow on="t" color="black" opacity="22937f" origin=",.5" offset="0,.63889mm"/>
              </v:shape>
            </w:pict>
          </mc:Fallback>
        </mc:AlternateContent>
      </w:r>
      <w:r w:rsidR="00E55769">
        <w:rPr>
          <w:noProof/>
        </w:rPr>
        <mc:AlternateContent>
          <mc:Choice Requires="wps">
            <w:drawing>
              <wp:anchor distT="0" distB="0" distL="114300" distR="114300" simplePos="0" relativeHeight="251686912" behindDoc="0" locked="0" layoutInCell="1" allowOverlap="1" wp14:anchorId="33222079" wp14:editId="49B93F9F">
                <wp:simplePos x="0" y="0"/>
                <wp:positionH relativeFrom="column">
                  <wp:posOffset>-59101</wp:posOffset>
                </wp:positionH>
                <wp:positionV relativeFrom="paragraph">
                  <wp:posOffset>3110401</wp:posOffset>
                </wp:positionV>
                <wp:extent cx="307419" cy="521355"/>
                <wp:effectExtent l="50800" t="25400" r="48260" b="75565"/>
                <wp:wrapNone/>
                <wp:docPr id="302314291" name="Up Arrow 9"/>
                <wp:cNvGraphicFramePr/>
                <a:graphic xmlns:a="http://schemas.openxmlformats.org/drawingml/2006/main">
                  <a:graphicData uri="http://schemas.microsoft.com/office/word/2010/wordprocessingShape">
                    <wps:wsp>
                      <wps:cNvSpPr/>
                      <wps:spPr>
                        <a:xfrm>
                          <a:off x="0" y="0"/>
                          <a:ext cx="307419" cy="52135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C0A17" id="Up Arrow 9" o:spid="_x0000_s1026" type="#_x0000_t68" style="position:absolute;margin-left:-4.65pt;margin-top:244.9pt;width:24.2pt;height:4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" adj="6368" fillcolor="#4f81bd [3204]" strokecolor="#4579b8 [3044]">
                <v:fill color2="#a7bfde [1620]" rotate="t" angle="180" focus="100%" type="gradient">
                  <o:fill v:ext="view" type="gradientUnscaled"/>
                </v:fill>
                <v:shadow on="t" color="black" opacity="22937f" origin=",.5" offset="0,.63889mm"/>
              </v:shape>
            </w:pict>
          </mc:Fallback>
        </mc:AlternateContent>
      </w:r>
      <w:r w:rsidR="00E55769">
        <w:rPr>
          <w:noProof/>
        </w:rPr>
        <w:drawing>
          <wp:inline distT="0" distB="0" distL="0" distR="0" wp14:anchorId="760EF4EE" wp14:editId="50B4E0DB">
            <wp:extent cx="5486400" cy="3109595"/>
            <wp:effectExtent l="0" t="0" r="0" b="1905"/>
            <wp:docPr id="269691895" name="Picture 8" descr="A close-up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91895" name="Picture 8" descr="A close-up of a video&#10;&#10;AI-generated content may be incorrect."/>
                    <pic:cNvPicPr/>
                  </pic:nvPicPr>
                  <pic:blipFill>
                    <a:blip r:embed="rId12"/>
                    <a:stretch>
                      <a:fillRect/>
                    </a:stretch>
                  </pic:blipFill>
                  <pic:spPr>
                    <a:xfrm>
                      <a:off x="0" y="0"/>
                      <a:ext cx="5486400" cy="3109595"/>
                    </a:xfrm>
                    <a:prstGeom prst="rect">
                      <a:avLst/>
                    </a:prstGeom>
                  </pic:spPr>
                </pic:pic>
              </a:graphicData>
            </a:graphic>
          </wp:inline>
        </w:drawing>
      </w:r>
    </w:p>
    <w:p w14:paraId="25DD4433" w14:textId="4F3A866E" w:rsidR="00E55769" w:rsidRDefault="00E55769"/>
    <w:p w14:paraId="4D321D33" w14:textId="1A02A7AA" w:rsidR="00E55769" w:rsidRDefault="00E55769"/>
    <w:p w14:paraId="3D8C1598" w14:textId="201CF04F" w:rsidR="00E55769" w:rsidRDefault="00E55769"/>
    <w:p w14:paraId="28BA9E43" w14:textId="5C6EC277" w:rsidR="00E55769" w:rsidRPr="00863F2A" w:rsidRDefault="00E55769" w:rsidP="00E55769">
      <w:pPr>
        <w:pStyle w:val="ListParagraph"/>
        <w:numPr>
          <w:ilvl w:val="0"/>
          <w:numId w:val="11"/>
        </w:numPr>
        <w:rPr>
          <w:rFonts w:ascii="Arial" w:hAnsi="Arial" w:cs="Arial"/>
        </w:rPr>
      </w:pPr>
      <w:r w:rsidRPr="00863F2A">
        <w:rPr>
          <w:rFonts w:ascii="Arial" w:hAnsi="Arial" w:cs="Arial"/>
          <w:b/>
          <w:bCs/>
        </w:rPr>
        <w:t>CHAPTERS:</w:t>
      </w:r>
      <w:r w:rsidRPr="00863F2A">
        <w:rPr>
          <w:rFonts w:ascii="Arial" w:hAnsi="Arial" w:cs="Arial"/>
        </w:rPr>
        <w:t xml:space="preserve"> </w:t>
      </w:r>
      <w:r w:rsidR="00B60491" w:rsidRPr="00863F2A">
        <w:rPr>
          <w:rFonts w:ascii="Arial" w:hAnsi="Arial" w:cs="Arial"/>
        </w:rPr>
        <w:t xml:space="preserve">Each module has </w:t>
      </w:r>
      <w:r w:rsidR="00D33C7A" w:rsidRPr="00863F2A">
        <w:rPr>
          <w:rFonts w:ascii="Arial" w:hAnsi="Arial" w:cs="Arial"/>
        </w:rPr>
        <w:t>chapters,</w:t>
      </w:r>
      <w:r w:rsidR="00B60491" w:rsidRPr="00863F2A">
        <w:rPr>
          <w:rFonts w:ascii="Arial" w:hAnsi="Arial" w:cs="Arial"/>
        </w:rPr>
        <w:t xml:space="preserve"> and you can access any chapter you desire by clicking on the button and then the chapter you want to jump to.</w:t>
      </w:r>
    </w:p>
    <w:p w14:paraId="673991C4" w14:textId="04FBA4FB" w:rsidR="00B60491" w:rsidRPr="00863F2A" w:rsidRDefault="00B60491" w:rsidP="00E55769">
      <w:pPr>
        <w:pStyle w:val="ListParagraph"/>
        <w:numPr>
          <w:ilvl w:val="0"/>
          <w:numId w:val="11"/>
        </w:numPr>
        <w:rPr>
          <w:rFonts w:ascii="Arial" w:hAnsi="Arial" w:cs="Arial"/>
        </w:rPr>
      </w:pPr>
      <w:r w:rsidRPr="00863F2A">
        <w:rPr>
          <w:rFonts w:ascii="Arial" w:hAnsi="Arial" w:cs="Arial"/>
        </w:rPr>
        <w:t>TRANSCRIPT: You can follow along with a transcript by clicking this button.</w:t>
      </w:r>
    </w:p>
    <w:p w14:paraId="02A4512E" w14:textId="5A6ACCD8" w:rsidR="00B60491" w:rsidRPr="00863F2A" w:rsidRDefault="00B60491" w:rsidP="00E55769">
      <w:pPr>
        <w:pStyle w:val="ListParagraph"/>
        <w:numPr>
          <w:ilvl w:val="0"/>
          <w:numId w:val="11"/>
        </w:numPr>
        <w:rPr>
          <w:rFonts w:ascii="Arial" w:hAnsi="Arial" w:cs="Arial"/>
        </w:rPr>
      </w:pPr>
      <w:r w:rsidRPr="00863F2A">
        <w:rPr>
          <w:rFonts w:ascii="Arial" w:hAnsi="Arial" w:cs="Arial"/>
          <w:b/>
          <w:bCs/>
        </w:rPr>
        <w:t>CLOSED CAPTIONING:</w:t>
      </w:r>
      <w:r w:rsidRPr="00863F2A">
        <w:rPr>
          <w:rFonts w:ascii="Arial" w:hAnsi="Arial" w:cs="Arial"/>
        </w:rPr>
        <w:t xml:space="preserve"> You can turn Closed Captioning on or off by using this button. You can also sel</w:t>
      </w:r>
      <w:r w:rsidR="00D33C7A" w:rsidRPr="00863F2A">
        <w:rPr>
          <w:rFonts w:ascii="Arial" w:hAnsi="Arial" w:cs="Arial"/>
        </w:rPr>
        <w:t>ect the language you desire to use for the Closed Captioning. If you do not see your desired language, please let us know</w:t>
      </w:r>
      <w:r w:rsidR="0068236D" w:rsidRPr="00863F2A">
        <w:rPr>
          <w:rFonts w:ascii="Arial" w:hAnsi="Arial" w:cs="Arial"/>
        </w:rPr>
        <w:t xml:space="preserve"> and we will do our best to add it</w:t>
      </w:r>
    </w:p>
    <w:p w14:paraId="71293B95" w14:textId="08CA33FA" w:rsidR="00B60491" w:rsidRDefault="0068236D" w:rsidP="00E55769">
      <w:pPr>
        <w:pStyle w:val="ListParagraph"/>
        <w:numPr>
          <w:ilvl w:val="0"/>
          <w:numId w:val="11"/>
        </w:numPr>
        <w:rPr>
          <w:rFonts w:ascii="Arial" w:hAnsi="Arial" w:cs="Arial"/>
        </w:rPr>
      </w:pPr>
      <w:r w:rsidRPr="00863F2A">
        <w:rPr>
          <w:rFonts w:ascii="Arial" w:hAnsi="Arial" w:cs="Arial"/>
          <w:b/>
          <w:bCs/>
        </w:rPr>
        <w:t>CHAPTER TITLE:</w:t>
      </w:r>
      <w:r w:rsidRPr="00863F2A">
        <w:rPr>
          <w:rFonts w:ascii="Arial" w:hAnsi="Arial" w:cs="Arial"/>
        </w:rPr>
        <w:t xml:space="preserve"> This button allows you to see the chapter you are viewing. </w:t>
      </w:r>
    </w:p>
    <w:p w14:paraId="5478C8CB" w14:textId="44E44192" w:rsidR="00456E63" w:rsidRPr="00863F2A" w:rsidRDefault="00456E63" w:rsidP="00E55769">
      <w:pPr>
        <w:pStyle w:val="ListParagraph"/>
        <w:numPr>
          <w:ilvl w:val="0"/>
          <w:numId w:val="11"/>
        </w:numPr>
        <w:rPr>
          <w:rFonts w:ascii="Arial" w:hAnsi="Arial" w:cs="Arial"/>
        </w:rPr>
      </w:pPr>
      <w:r>
        <w:rPr>
          <w:rFonts w:ascii="Arial" w:hAnsi="Arial" w:cs="Arial"/>
          <w:b/>
          <w:bCs/>
        </w:rPr>
        <w:t>SETTINGS:</w:t>
      </w:r>
      <w:r>
        <w:rPr>
          <w:rFonts w:ascii="Arial" w:hAnsi="Arial" w:cs="Arial"/>
        </w:rPr>
        <w:t xml:space="preserve"> Here, you can adjust the speed of the video and the HD quality.</w:t>
      </w:r>
    </w:p>
    <w:p w14:paraId="2C916447" w14:textId="77777777" w:rsidR="0068236D" w:rsidRPr="00863F2A" w:rsidRDefault="0068236D" w:rsidP="0068236D">
      <w:pPr>
        <w:rPr>
          <w:rFonts w:ascii="Arial" w:hAnsi="Arial" w:cs="Arial"/>
        </w:rPr>
      </w:pPr>
    </w:p>
    <w:p w14:paraId="2AAA5A11" w14:textId="77777777" w:rsidR="0068236D" w:rsidRPr="00863F2A" w:rsidRDefault="0068236D" w:rsidP="0068236D">
      <w:pPr>
        <w:rPr>
          <w:rFonts w:ascii="Arial" w:hAnsi="Arial" w:cs="Arial"/>
        </w:rPr>
      </w:pPr>
    </w:p>
    <w:p w14:paraId="093686B4" w14:textId="77777777" w:rsidR="0068236D" w:rsidRDefault="0068236D" w:rsidP="0068236D"/>
    <w:p w14:paraId="3EF99849" w14:textId="77777777" w:rsidR="00863F2A" w:rsidRDefault="00863F2A" w:rsidP="0068236D">
      <w:pPr>
        <w:rPr>
          <w:rFonts w:ascii="Arial" w:hAnsi="Arial" w:cs="Arial"/>
        </w:rPr>
      </w:pPr>
      <w:r>
        <w:rPr>
          <w:rFonts w:ascii="Arial" w:hAnsi="Arial" w:cs="Arial"/>
        </w:rPr>
        <w:t xml:space="preserve">Use </w:t>
      </w:r>
      <w:r w:rsidR="0068236D" w:rsidRPr="00863F2A">
        <w:rPr>
          <w:rFonts w:ascii="Arial" w:hAnsi="Arial" w:cs="Arial"/>
        </w:rPr>
        <w:t>The DICE Approach</w:t>
      </w:r>
      <w:r>
        <w:rPr>
          <w:rFonts w:ascii="Arial" w:hAnsi="Arial" w:cs="Arial"/>
        </w:rPr>
        <w:sym w:font="Symbol" w:char="F0E4"/>
      </w:r>
      <w:r w:rsidR="0068236D" w:rsidRPr="00863F2A">
        <w:rPr>
          <w:rFonts w:ascii="Arial" w:hAnsi="Arial" w:cs="Arial"/>
        </w:rPr>
        <w:t xml:space="preserve"> </w:t>
      </w:r>
      <w:r>
        <w:rPr>
          <w:rFonts w:ascii="Arial" w:hAnsi="Arial" w:cs="Arial"/>
        </w:rPr>
        <w:t>w</w:t>
      </w:r>
      <w:r w:rsidR="0068236D" w:rsidRPr="00863F2A">
        <w:rPr>
          <w:rFonts w:ascii="Arial" w:hAnsi="Arial" w:cs="Arial"/>
        </w:rPr>
        <w:t xml:space="preserve">orksheet to track and evaluate your DICE caregiving activities with this printable, comprehensive tool </w:t>
      </w:r>
      <w:r>
        <w:rPr>
          <w:rFonts w:ascii="Arial" w:hAnsi="Arial" w:cs="Arial"/>
        </w:rPr>
        <w:t xml:space="preserve">that </w:t>
      </w:r>
      <w:r w:rsidR="0068236D" w:rsidRPr="00863F2A">
        <w:rPr>
          <w:rFonts w:ascii="Arial" w:hAnsi="Arial" w:cs="Arial"/>
        </w:rPr>
        <w:t>can be downloaded! Click on the link shown by the arrow below.</w:t>
      </w:r>
      <w:r>
        <w:rPr>
          <w:rFonts w:ascii="Arial" w:hAnsi="Arial" w:cs="Arial"/>
        </w:rPr>
        <w:t xml:space="preserve"> </w:t>
      </w:r>
    </w:p>
    <w:p w14:paraId="74D310F7" w14:textId="3A8943C4" w:rsidR="0068236D" w:rsidRPr="00863F2A" w:rsidRDefault="00863F2A" w:rsidP="0068236D">
      <w:pPr>
        <w:rPr>
          <w:rFonts w:ascii="Arial" w:hAnsi="Arial" w:cs="Arial"/>
        </w:rPr>
      </w:pPr>
      <w:r>
        <w:rPr>
          <w:rFonts w:ascii="Arial" w:hAnsi="Arial" w:cs="Arial"/>
        </w:rPr>
        <w:t>It is located on the Training Modules page between the training modules and the E-Sim videos.</w:t>
      </w:r>
    </w:p>
    <w:p w14:paraId="612DB96B" w14:textId="77777777" w:rsidR="0068236D" w:rsidRDefault="0068236D" w:rsidP="0068236D"/>
    <w:p w14:paraId="50AC418A" w14:textId="4B2A9BDF" w:rsidR="0068236D" w:rsidRDefault="0068236D" w:rsidP="0068236D">
      <w:r>
        <w:rPr>
          <w:noProof/>
        </w:rPr>
        <mc:AlternateContent>
          <mc:Choice Requires="wps">
            <w:drawing>
              <wp:anchor distT="0" distB="0" distL="114300" distR="114300" simplePos="0" relativeHeight="251705344" behindDoc="0" locked="0" layoutInCell="1" allowOverlap="1" wp14:anchorId="3CAA9221" wp14:editId="0443C3F7">
                <wp:simplePos x="0" y="0"/>
                <wp:positionH relativeFrom="column">
                  <wp:posOffset>755165</wp:posOffset>
                </wp:positionH>
                <wp:positionV relativeFrom="paragraph">
                  <wp:posOffset>3354004</wp:posOffset>
                </wp:positionV>
                <wp:extent cx="109456" cy="521355"/>
                <wp:effectExtent l="50800" t="25400" r="43180" b="75565"/>
                <wp:wrapNone/>
                <wp:docPr id="382824377" name="Up Arrow 14"/>
                <wp:cNvGraphicFramePr/>
                <a:graphic xmlns:a="http://schemas.openxmlformats.org/drawingml/2006/main">
                  <a:graphicData uri="http://schemas.microsoft.com/office/word/2010/wordprocessingShape">
                    <wps:wsp>
                      <wps:cNvSpPr/>
                      <wps:spPr>
                        <a:xfrm>
                          <a:off x="0" y="0"/>
                          <a:ext cx="109456" cy="52135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B09B" id="Up Arrow 14" o:spid="_x0000_s1026" type="#_x0000_t68" style="position:absolute;margin-left:59.45pt;margin-top:264.1pt;width:8.6pt;height:4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" adj="2267" fillcolor="#4f81bd [3204]" strokecolor="#4579b8 [3044]">
                <v:fill color2="#a7bfde [1620]" rotate="t" angle="180" focus="100%" type="gradient">
                  <o:fill v:ext="view" type="gradientUnscaled"/>
                </v:fill>
                <v:shadow on="t" color="black" opacity="22937f" origin=",.5" offset="0,.63889mm"/>
              </v:shape>
            </w:pict>
          </mc:Fallback>
        </mc:AlternateContent>
      </w:r>
      <w:r>
        <w:rPr>
          <w:noProof/>
        </w:rPr>
        <w:drawing>
          <wp:inline distT="0" distB="0" distL="0" distR="0" wp14:anchorId="72475A65" wp14:editId="5EE6C10B">
            <wp:extent cx="5118100" cy="3505200"/>
            <wp:effectExtent l="0" t="0" r="0" b="0"/>
            <wp:docPr id="96060780" name="Picture 13"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0780" name="Picture 13" descr="A screenshot of a computer program&#10;&#10;AI-generated content may be incorrect."/>
                    <pic:cNvPicPr/>
                  </pic:nvPicPr>
                  <pic:blipFill>
                    <a:blip r:embed="rId13"/>
                    <a:stretch>
                      <a:fillRect/>
                    </a:stretch>
                  </pic:blipFill>
                  <pic:spPr>
                    <a:xfrm>
                      <a:off x="0" y="0"/>
                      <a:ext cx="5118100" cy="3505200"/>
                    </a:xfrm>
                    <a:prstGeom prst="rect">
                      <a:avLst/>
                    </a:prstGeom>
                  </pic:spPr>
                </pic:pic>
              </a:graphicData>
            </a:graphic>
          </wp:inline>
        </w:drawing>
      </w:r>
    </w:p>
    <w:p w14:paraId="5640FE8A" w14:textId="77777777" w:rsidR="00863F2A" w:rsidRDefault="00863F2A" w:rsidP="0068236D"/>
    <w:p w14:paraId="28C9462E" w14:textId="77777777" w:rsidR="00863F2A" w:rsidRDefault="00863F2A" w:rsidP="0068236D"/>
    <w:p w14:paraId="35D68A50" w14:textId="77777777" w:rsidR="00863F2A" w:rsidRDefault="00863F2A" w:rsidP="0068236D"/>
    <w:p w14:paraId="40EED75E" w14:textId="105C98CB" w:rsidR="00863F2A" w:rsidRDefault="00863F2A" w:rsidP="0068236D">
      <w:pPr>
        <w:rPr>
          <w:rFonts w:ascii="Arial" w:hAnsi="Arial" w:cs="Arial"/>
        </w:rPr>
      </w:pPr>
      <w:r w:rsidRPr="00863F2A">
        <w:rPr>
          <w:rFonts w:ascii="Arial" w:hAnsi="Arial" w:cs="Arial"/>
        </w:rPr>
        <w:t xml:space="preserve">The DICE Approach team honors you and your caregiving mission and are grateful to provide this training website to assist you. Please don’t hesitate to reach out via the contact form if you have any questions about the site or need assistance. Please note that we cannot provide medical guidance. </w:t>
      </w:r>
    </w:p>
    <w:p w14:paraId="5DD9D19F" w14:textId="77777777" w:rsidR="00863F2A" w:rsidRDefault="00863F2A" w:rsidP="0068236D">
      <w:pPr>
        <w:rPr>
          <w:rFonts w:ascii="Arial" w:hAnsi="Arial" w:cs="Arial"/>
        </w:rPr>
      </w:pPr>
    </w:p>
    <w:p w14:paraId="59288813" w14:textId="02F93618" w:rsidR="00863F2A" w:rsidRPr="00863F2A" w:rsidRDefault="00863F2A" w:rsidP="00863F2A">
      <w:pPr>
        <w:jc w:val="center"/>
        <w:rPr>
          <w:rFonts w:ascii="Arial" w:hAnsi="Arial" w:cs="Arial"/>
        </w:rPr>
      </w:pPr>
      <w:r>
        <w:rPr>
          <w:noProof/>
          <w:sz w:val="40"/>
          <w:szCs w:val="40"/>
        </w:rPr>
        <w:drawing>
          <wp:inline distT="0" distB="0" distL="0" distR="0" wp14:anchorId="2D9CED7E" wp14:editId="784FCC25">
            <wp:extent cx="2857500" cy="571500"/>
            <wp:effectExtent l="0" t="0" r="0" b="0"/>
            <wp:docPr id="202863405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27853" name="Picture 1" descr="A close-up of a logo&#10;&#10;AI-generated content may be incorrect."/>
                    <pic:cNvPicPr/>
                  </pic:nvPicPr>
                  <pic:blipFill>
                    <a:blip r:embed="rId8"/>
                    <a:stretch>
                      <a:fillRect/>
                    </a:stretch>
                  </pic:blipFill>
                  <pic:spPr>
                    <a:xfrm>
                      <a:off x="0" y="0"/>
                      <a:ext cx="2857500" cy="571500"/>
                    </a:xfrm>
                    <a:prstGeom prst="rect">
                      <a:avLst/>
                    </a:prstGeom>
                  </pic:spPr>
                </pic:pic>
              </a:graphicData>
            </a:graphic>
          </wp:inline>
        </w:drawing>
      </w:r>
    </w:p>
    <w:sectPr w:rsidR="00863F2A" w:rsidRPr="00863F2A"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AA715" w14:textId="77777777" w:rsidR="00F34281" w:rsidRDefault="00F34281" w:rsidP="00E55769">
      <w:pPr>
        <w:spacing w:after="0" w:line="240" w:lineRule="auto"/>
      </w:pPr>
      <w:r>
        <w:separator/>
      </w:r>
    </w:p>
  </w:endnote>
  <w:endnote w:type="continuationSeparator" w:id="0">
    <w:p w14:paraId="426551FF" w14:textId="77777777" w:rsidR="00F34281" w:rsidRDefault="00F34281" w:rsidP="00E5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Headings C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8BA4F" w14:textId="77777777" w:rsidR="00F34281" w:rsidRDefault="00F34281" w:rsidP="00E55769">
      <w:pPr>
        <w:spacing w:after="0" w:line="240" w:lineRule="auto"/>
      </w:pPr>
      <w:r>
        <w:separator/>
      </w:r>
    </w:p>
  </w:footnote>
  <w:footnote w:type="continuationSeparator" w:id="0">
    <w:p w14:paraId="597AC351" w14:textId="77777777" w:rsidR="00F34281" w:rsidRDefault="00F34281" w:rsidP="00E55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03E5532"/>
    <w:multiLevelType w:val="hybridMultilevel"/>
    <w:tmpl w:val="31F26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5E4D4C"/>
    <w:multiLevelType w:val="hybridMultilevel"/>
    <w:tmpl w:val="88943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624610">
    <w:abstractNumId w:val="8"/>
  </w:num>
  <w:num w:numId="2" w16cid:durableId="347679970">
    <w:abstractNumId w:val="6"/>
  </w:num>
  <w:num w:numId="3" w16cid:durableId="1938175622">
    <w:abstractNumId w:val="5"/>
  </w:num>
  <w:num w:numId="4" w16cid:durableId="1352413024">
    <w:abstractNumId w:val="4"/>
  </w:num>
  <w:num w:numId="5" w16cid:durableId="1535652473">
    <w:abstractNumId w:val="7"/>
  </w:num>
  <w:num w:numId="6" w16cid:durableId="1655453694">
    <w:abstractNumId w:val="3"/>
  </w:num>
  <w:num w:numId="7" w16cid:durableId="1959296691">
    <w:abstractNumId w:val="2"/>
  </w:num>
  <w:num w:numId="8" w16cid:durableId="268779138">
    <w:abstractNumId w:val="1"/>
  </w:num>
  <w:num w:numId="9" w16cid:durableId="79260410">
    <w:abstractNumId w:val="0"/>
  </w:num>
  <w:num w:numId="10" w16cid:durableId="438569852">
    <w:abstractNumId w:val="10"/>
  </w:num>
  <w:num w:numId="11" w16cid:durableId="1500287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3616B1"/>
    <w:rsid w:val="00390FDF"/>
    <w:rsid w:val="003C2D7C"/>
    <w:rsid w:val="00456E63"/>
    <w:rsid w:val="004D69AC"/>
    <w:rsid w:val="00595D55"/>
    <w:rsid w:val="005D239C"/>
    <w:rsid w:val="0068236D"/>
    <w:rsid w:val="006E2228"/>
    <w:rsid w:val="00863F2A"/>
    <w:rsid w:val="0097347E"/>
    <w:rsid w:val="00A31D6E"/>
    <w:rsid w:val="00AA1D8D"/>
    <w:rsid w:val="00B47730"/>
    <w:rsid w:val="00B60491"/>
    <w:rsid w:val="00C6330D"/>
    <w:rsid w:val="00CB0664"/>
    <w:rsid w:val="00D05CE2"/>
    <w:rsid w:val="00D33C7A"/>
    <w:rsid w:val="00E55769"/>
    <w:rsid w:val="00F34281"/>
    <w:rsid w:val="00F61C27"/>
    <w:rsid w:val="00F6240E"/>
    <w:rsid w:val="00FC693F"/>
    <w:rsid w:val="00FD5F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4DED50"/>
  <w14:defaultImageDpi w14:val="300"/>
  <w15:docId w15:val="{B20C335F-F7C1-8F43-826D-A92E9DC42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A31D6E"/>
    <w:rPr>
      <w:color w:val="0000FF" w:themeColor="hyperlink"/>
      <w:u w:val="single"/>
    </w:rPr>
  </w:style>
  <w:style w:type="character" w:styleId="UnresolvedMention">
    <w:name w:val="Unresolved Mention"/>
    <w:basedOn w:val="DefaultParagraphFont"/>
    <w:uiPriority w:val="99"/>
    <w:semiHidden/>
    <w:unhideWhenUsed/>
    <w:rsid w:val="00A31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eapproach.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iceapproach.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Vince Kern</cp:lastModifiedBy>
  <cp:revision>2</cp:revision>
  <dcterms:created xsi:type="dcterms:W3CDTF">2025-10-07T13:19:00Z</dcterms:created>
  <dcterms:modified xsi:type="dcterms:W3CDTF">2025-10-07T13:19:00Z</dcterms:modified>
  <cp:category/>
</cp:coreProperties>
</file>